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984BE" w14:textId="2452230B" w:rsidR="009C35E3" w:rsidRDefault="004D0875" w:rsidP="004D0875">
      <w:pPr>
        <w:spacing w:after="0"/>
        <w:jc w:val="center"/>
        <w:rPr>
          <w:rFonts w:asciiTheme="majorHAnsi" w:hAnsiTheme="majorHAnsi" w:cstheme="majorHAnsi"/>
          <w:b/>
          <w:sz w:val="24"/>
          <w:szCs w:val="24"/>
          <w:lang w:val="pl-PL"/>
        </w:rPr>
      </w:pPr>
      <w:r w:rsidRPr="004D0875">
        <w:rPr>
          <w:rFonts w:asciiTheme="majorHAnsi" w:hAnsiTheme="majorHAnsi" w:cstheme="majorHAnsi"/>
          <w:b/>
          <w:sz w:val="24"/>
          <w:szCs w:val="24"/>
          <w:lang w:val="pl-PL"/>
        </w:rPr>
        <w:t xml:space="preserve">Zarządzenie nr </w:t>
      </w:r>
      <w:r>
        <w:rPr>
          <w:rFonts w:asciiTheme="majorHAnsi" w:hAnsiTheme="majorHAnsi" w:cstheme="majorHAnsi"/>
          <w:b/>
          <w:sz w:val="24"/>
          <w:szCs w:val="24"/>
          <w:lang w:val="pl-PL"/>
        </w:rPr>
        <w:t>11</w:t>
      </w:r>
      <w:r w:rsidRPr="004D0875">
        <w:rPr>
          <w:rFonts w:asciiTheme="majorHAnsi" w:hAnsiTheme="majorHAnsi" w:cstheme="majorHAnsi"/>
          <w:b/>
          <w:sz w:val="24"/>
          <w:szCs w:val="24"/>
          <w:lang w:val="pl-PL"/>
        </w:rPr>
        <w:t>/2024/2025</w:t>
      </w:r>
      <w:r w:rsidRPr="004D0875">
        <w:rPr>
          <w:rFonts w:asciiTheme="majorHAnsi" w:hAnsiTheme="majorHAnsi" w:cstheme="majorHAnsi"/>
          <w:b/>
          <w:sz w:val="24"/>
          <w:szCs w:val="24"/>
          <w:lang w:val="pl-PL"/>
        </w:rPr>
        <w:br/>
        <w:t>Dyrektora Szkoły Podstawowej nr 26 im. Tadeusza Kościuszki</w:t>
      </w:r>
      <w:r w:rsidRPr="004D0875">
        <w:rPr>
          <w:rFonts w:asciiTheme="majorHAnsi" w:hAnsiTheme="majorHAnsi" w:cstheme="majorHAnsi"/>
          <w:b/>
          <w:sz w:val="24"/>
          <w:szCs w:val="24"/>
          <w:lang w:val="pl-PL"/>
        </w:rPr>
        <w:br/>
        <w:t xml:space="preserve">z dnia </w:t>
      </w:r>
      <w:r>
        <w:rPr>
          <w:rFonts w:asciiTheme="majorHAnsi" w:hAnsiTheme="majorHAnsi" w:cstheme="majorHAnsi"/>
          <w:b/>
          <w:sz w:val="24"/>
          <w:szCs w:val="24"/>
          <w:lang w:val="pl-PL"/>
        </w:rPr>
        <w:t>15 kwietnia</w:t>
      </w:r>
      <w:r w:rsidRPr="004D0875">
        <w:rPr>
          <w:rFonts w:asciiTheme="majorHAnsi" w:hAnsiTheme="majorHAnsi" w:cstheme="majorHAnsi"/>
          <w:b/>
          <w:sz w:val="24"/>
          <w:szCs w:val="24"/>
          <w:lang w:val="pl-PL"/>
        </w:rPr>
        <w:t xml:space="preserve"> 202</w:t>
      </w:r>
      <w:r>
        <w:rPr>
          <w:rFonts w:asciiTheme="majorHAnsi" w:hAnsiTheme="majorHAnsi" w:cstheme="majorHAnsi"/>
          <w:b/>
          <w:sz w:val="24"/>
          <w:szCs w:val="24"/>
          <w:lang w:val="pl-PL"/>
        </w:rPr>
        <w:t>5</w:t>
      </w:r>
      <w:r w:rsidRPr="004D0875">
        <w:rPr>
          <w:rFonts w:asciiTheme="majorHAnsi" w:hAnsiTheme="majorHAnsi" w:cstheme="majorHAnsi"/>
          <w:b/>
          <w:sz w:val="24"/>
          <w:szCs w:val="24"/>
          <w:lang w:val="pl-PL"/>
        </w:rPr>
        <w:t xml:space="preserve"> r.</w:t>
      </w:r>
      <w:r w:rsidRPr="004D0875">
        <w:rPr>
          <w:rFonts w:asciiTheme="majorHAnsi" w:hAnsiTheme="majorHAnsi" w:cstheme="majorHAnsi"/>
          <w:b/>
          <w:sz w:val="24"/>
          <w:szCs w:val="24"/>
          <w:lang w:val="pl-PL"/>
        </w:rPr>
        <w:br/>
      </w:r>
      <w:r w:rsidRPr="004D0875">
        <w:rPr>
          <w:rFonts w:asciiTheme="majorHAnsi" w:hAnsiTheme="majorHAnsi" w:cstheme="majorHAnsi"/>
          <w:b/>
          <w:bCs/>
          <w:sz w:val="24"/>
          <w:szCs w:val="24"/>
          <w:lang w:val="pl-PL"/>
        </w:rPr>
        <w:t xml:space="preserve">w sprawie </w:t>
      </w:r>
      <w:r>
        <w:rPr>
          <w:rFonts w:asciiTheme="majorHAnsi" w:hAnsiTheme="majorHAnsi" w:cstheme="majorHAnsi"/>
          <w:b/>
          <w:bCs/>
          <w:sz w:val="24"/>
          <w:szCs w:val="24"/>
          <w:lang w:val="pl-PL"/>
        </w:rPr>
        <w:t>Rady Pedagogicznej oraz zebrań z rodzicami</w:t>
      </w:r>
    </w:p>
    <w:p w14:paraId="27FDFF84" w14:textId="77777777" w:rsidR="009C35E3" w:rsidRPr="009C35E3" w:rsidRDefault="009C35E3" w:rsidP="009C35E3">
      <w:pPr>
        <w:spacing w:after="0"/>
        <w:ind w:left="3540"/>
        <w:rPr>
          <w:rFonts w:asciiTheme="majorHAnsi" w:hAnsiTheme="majorHAnsi" w:cstheme="majorHAnsi"/>
          <w:b/>
          <w:sz w:val="24"/>
          <w:szCs w:val="24"/>
          <w:lang w:val="pl-PL"/>
        </w:rPr>
      </w:pPr>
    </w:p>
    <w:p w14:paraId="7B2C635B" w14:textId="77777777" w:rsidR="00A806FF" w:rsidRDefault="00A806FF" w:rsidP="009C35E3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</w:p>
    <w:p w14:paraId="5247C759" w14:textId="77777777" w:rsidR="009C35E3" w:rsidRPr="009C35E3" w:rsidRDefault="009C35E3" w:rsidP="009C35E3">
      <w:pPr>
        <w:spacing w:after="0"/>
        <w:jc w:val="center"/>
        <w:rPr>
          <w:rFonts w:cstheme="minorHAnsi"/>
          <w:b/>
          <w:color w:val="000000"/>
          <w:sz w:val="24"/>
          <w:szCs w:val="24"/>
          <w:lang w:val="pl-PL"/>
        </w:rPr>
      </w:pPr>
      <w:r>
        <w:rPr>
          <w:rFonts w:asciiTheme="majorHAnsi" w:hAnsiTheme="majorHAnsi" w:cstheme="majorHAnsi"/>
          <w:sz w:val="24"/>
          <w:szCs w:val="24"/>
          <w:lang w:val="pl-PL"/>
        </w:rPr>
        <w:tab/>
      </w:r>
      <w:r w:rsidRPr="009C35E3">
        <w:rPr>
          <w:rFonts w:cstheme="minorHAnsi"/>
          <w:b/>
          <w:color w:val="000000"/>
          <w:sz w:val="24"/>
          <w:szCs w:val="24"/>
          <w:lang w:val="pl-PL"/>
        </w:rPr>
        <w:t xml:space="preserve">§ 1. </w:t>
      </w:r>
    </w:p>
    <w:p w14:paraId="76718165" w14:textId="26B7764D" w:rsidR="009C35E3" w:rsidRPr="009C35E3" w:rsidRDefault="009C35E3" w:rsidP="009C35E3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</w:p>
    <w:p w14:paraId="70EC959D" w14:textId="3762F1F6" w:rsidR="00A806FF" w:rsidRDefault="00000000" w:rsidP="009C35E3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  <w:r w:rsidRPr="009C35E3">
        <w:rPr>
          <w:rFonts w:asciiTheme="majorHAnsi" w:hAnsiTheme="majorHAnsi" w:cstheme="majorHAnsi"/>
          <w:sz w:val="24"/>
          <w:szCs w:val="24"/>
          <w:lang w:val="pl-PL"/>
        </w:rPr>
        <w:t xml:space="preserve"> W czwartek 24 kwietnia zwołuję Radę Pedagogiczną na godz. 14.30.</w:t>
      </w:r>
    </w:p>
    <w:p w14:paraId="69350670" w14:textId="77777777" w:rsidR="006E27AE" w:rsidRPr="009C35E3" w:rsidRDefault="006E27AE" w:rsidP="009C35E3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</w:p>
    <w:p w14:paraId="69E93A17" w14:textId="3842D7B8" w:rsidR="009C35E3" w:rsidRPr="009C35E3" w:rsidRDefault="009C35E3" w:rsidP="009C35E3">
      <w:pPr>
        <w:spacing w:after="0"/>
        <w:ind w:firstLine="720"/>
        <w:jc w:val="center"/>
        <w:rPr>
          <w:rFonts w:cstheme="minorHAnsi"/>
          <w:b/>
          <w:color w:val="000000"/>
          <w:sz w:val="24"/>
          <w:szCs w:val="24"/>
          <w:lang w:val="pl-PL"/>
        </w:rPr>
      </w:pPr>
      <w:r w:rsidRPr="009C35E3">
        <w:rPr>
          <w:rFonts w:cstheme="minorHAnsi"/>
          <w:b/>
          <w:color w:val="000000"/>
          <w:sz w:val="24"/>
          <w:szCs w:val="24"/>
          <w:lang w:val="pl-PL"/>
        </w:rPr>
        <w:t xml:space="preserve">§ 2. </w:t>
      </w:r>
    </w:p>
    <w:p w14:paraId="5F6F5D34" w14:textId="65BE05A2" w:rsidR="00A806FF" w:rsidRPr="009C35E3" w:rsidRDefault="00000000" w:rsidP="009C35E3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  <w:r w:rsidRPr="009C35E3">
        <w:rPr>
          <w:rFonts w:asciiTheme="majorHAnsi" w:hAnsiTheme="majorHAnsi" w:cstheme="majorHAnsi"/>
          <w:sz w:val="24"/>
          <w:szCs w:val="24"/>
          <w:lang w:val="pl-PL"/>
        </w:rPr>
        <w:t xml:space="preserve"> Tego samego dnia proszę o zorganizowanie zebrań z rodzicami według harmonogramu (uwaga ZMIANA!):</w:t>
      </w:r>
    </w:p>
    <w:p w14:paraId="4E577419" w14:textId="77777777" w:rsidR="00A806FF" w:rsidRPr="009C35E3" w:rsidRDefault="00000000" w:rsidP="009C35E3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  <w:r w:rsidRPr="009C35E3">
        <w:rPr>
          <w:rFonts w:asciiTheme="majorHAnsi" w:hAnsiTheme="majorHAnsi" w:cstheme="majorHAnsi"/>
          <w:sz w:val="24"/>
          <w:szCs w:val="24"/>
          <w:lang w:val="pl-PL"/>
        </w:rPr>
        <w:t xml:space="preserve">   • klasy I – III – godz. 17.15</w:t>
      </w:r>
    </w:p>
    <w:p w14:paraId="0C0DC59E" w14:textId="77777777" w:rsidR="00A806FF" w:rsidRPr="009C35E3" w:rsidRDefault="00000000" w:rsidP="009C35E3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  <w:r w:rsidRPr="009C35E3">
        <w:rPr>
          <w:rFonts w:asciiTheme="majorHAnsi" w:hAnsiTheme="majorHAnsi" w:cstheme="majorHAnsi"/>
          <w:sz w:val="24"/>
          <w:szCs w:val="24"/>
          <w:lang w:val="pl-PL"/>
        </w:rPr>
        <w:t xml:space="preserve">   • klasy IV – VIII – godz. 17.00</w:t>
      </w:r>
    </w:p>
    <w:p w14:paraId="0762EC68" w14:textId="3244F4CB" w:rsidR="00A806FF" w:rsidRPr="006E27AE" w:rsidRDefault="009C35E3" w:rsidP="006E27AE">
      <w:pPr>
        <w:spacing w:after="0"/>
        <w:ind w:firstLine="720"/>
        <w:jc w:val="center"/>
        <w:rPr>
          <w:rFonts w:cstheme="minorHAnsi"/>
          <w:b/>
          <w:color w:val="000000"/>
          <w:sz w:val="24"/>
          <w:szCs w:val="24"/>
          <w:lang w:val="pl-PL"/>
        </w:rPr>
      </w:pPr>
      <w:r w:rsidRPr="006E27AE">
        <w:rPr>
          <w:rFonts w:cstheme="minorHAnsi"/>
          <w:b/>
          <w:color w:val="000000"/>
          <w:sz w:val="24"/>
          <w:szCs w:val="24"/>
          <w:lang w:val="pl-PL"/>
        </w:rPr>
        <w:t xml:space="preserve">§ 3. </w:t>
      </w:r>
    </w:p>
    <w:p w14:paraId="7914197C" w14:textId="65B931C2" w:rsidR="00A806FF" w:rsidRPr="009C35E3" w:rsidRDefault="00000000" w:rsidP="009C35E3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  <w:r w:rsidRPr="009C35E3">
        <w:rPr>
          <w:rFonts w:asciiTheme="majorHAnsi" w:hAnsiTheme="majorHAnsi" w:cstheme="majorHAnsi"/>
          <w:sz w:val="24"/>
          <w:szCs w:val="24"/>
          <w:lang w:val="pl-PL"/>
        </w:rPr>
        <w:t xml:space="preserve"> O godzinie 16.30 spotkanie dyrekcji z przedstawicielami Trójek Klasowych. Proszę wychowawców o przekazanie informacji i zaproszenie na to spotkanie. Może być obecna tylko jedna osoba, ale każda klasa ma mieć swojego reprezentanta. Podczas spotkania przedstawione zostaną działania na najbliższy czas, m.in. festyn i zebranie budżetu obywatelskiego na rok 2026.</w:t>
      </w:r>
    </w:p>
    <w:p w14:paraId="1322A3BC" w14:textId="77777777" w:rsidR="00A806FF" w:rsidRDefault="00A806FF" w:rsidP="009C35E3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</w:p>
    <w:p w14:paraId="2FC4DFD9" w14:textId="77777777" w:rsidR="009C35E3" w:rsidRPr="009C35E3" w:rsidRDefault="009C35E3" w:rsidP="009C35E3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</w:p>
    <w:p w14:paraId="7258C1E0" w14:textId="77777777" w:rsidR="00A83901" w:rsidRPr="00A83901" w:rsidRDefault="00A83901" w:rsidP="00A83901">
      <w:pPr>
        <w:spacing w:after="0" w:line="240" w:lineRule="auto"/>
        <w:ind w:left="5103" w:firstLine="5"/>
        <w:jc w:val="center"/>
        <w:rPr>
          <w:rFonts w:asciiTheme="majorHAnsi" w:eastAsiaTheme="minorHAnsi" w:hAnsiTheme="majorHAnsi" w:cstheme="majorHAnsi"/>
          <w:iCs/>
          <w:sz w:val="24"/>
          <w:szCs w:val="24"/>
          <w:lang w:val="pl-PL"/>
        </w:rPr>
      </w:pPr>
      <w:r w:rsidRPr="00A83901">
        <w:rPr>
          <w:rFonts w:asciiTheme="majorHAnsi" w:hAnsiTheme="majorHAnsi" w:cstheme="majorHAnsi"/>
          <w:sz w:val="24"/>
          <w:szCs w:val="24"/>
          <w:lang w:val="pl-PL"/>
        </w:rPr>
        <w:t>(-)</w:t>
      </w:r>
      <w:r w:rsidRPr="00A83901">
        <w:rPr>
          <w:rFonts w:asciiTheme="majorHAnsi" w:hAnsiTheme="majorHAnsi" w:cstheme="majorHAnsi"/>
          <w:iCs/>
          <w:sz w:val="24"/>
          <w:szCs w:val="24"/>
          <w:lang w:val="pl-PL"/>
        </w:rPr>
        <w:t xml:space="preserve"> Katarzyna Drogosz</w:t>
      </w:r>
    </w:p>
    <w:p w14:paraId="5212B0C0" w14:textId="77777777" w:rsidR="00A83901" w:rsidRPr="00A83901" w:rsidRDefault="00A83901" w:rsidP="00A83901">
      <w:pPr>
        <w:spacing w:after="0" w:line="240" w:lineRule="auto"/>
        <w:ind w:left="5103" w:firstLine="5"/>
        <w:jc w:val="center"/>
        <w:rPr>
          <w:rFonts w:asciiTheme="majorHAnsi" w:eastAsia="Calibri" w:hAnsiTheme="majorHAnsi" w:cstheme="majorHAnsi"/>
          <w:iCs/>
          <w:color w:val="000000"/>
          <w:sz w:val="24"/>
          <w:szCs w:val="24"/>
          <w:lang w:val="pl-PL"/>
        </w:rPr>
      </w:pPr>
      <w:r w:rsidRPr="00A83901">
        <w:rPr>
          <w:rFonts w:asciiTheme="majorHAnsi" w:hAnsiTheme="majorHAnsi" w:cstheme="majorHAnsi"/>
          <w:iCs/>
          <w:sz w:val="24"/>
          <w:szCs w:val="24"/>
          <w:lang w:val="pl-PL"/>
        </w:rPr>
        <w:t>Dyrektor Szkoły Podstawowej nr 26</w:t>
      </w:r>
    </w:p>
    <w:p w14:paraId="321391B0" w14:textId="77777777" w:rsidR="00A83901" w:rsidRPr="00A83901" w:rsidRDefault="00A83901" w:rsidP="00A83901">
      <w:pPr>
        <w:spacing w:after="0" w:line="240" w:lineRule="auto"/>
        <w:ind w:left="5103" w:firstLine="5"/>
        <w:jc w:val="center"/>
        <w:rPr>
          <w:rFonts w:asciiTheme="majorHAnsi" w:hAnsiTheme="majorHAnsi" w:cstheme="majorHAnsi"/>
          <w:iCs/>
          <w:sz w:val="24"/>
          <w:szCs w:val="24"/>
        </w:rPr>
      </w:pPr>
      <w:proofErr w:type="spellStart"/>
      <w:r w:rsidRPr="00A83901">
        <w:rPr>
          <w:rFonts w:asciiTheme="majorHAnsi" w:hAnsiTheme="majorHAnsi" w:cstheme="majorHAnsi"/>
          <w:iCs/>
          <w:sz w:val="24"/>
          <w:szCs w:val="24"/>
        </w:rPr>
        <w:t>im</w:t>
      </w:r>
      <w:proofErr w:type="spellEnd"/>
      <w:r w:rsidRPr="00A83901">
        <w:rPr>
          <w:rFonts w:asciiTheme="majorHAnsi" w:hAnsiTheme="majorHAnsi" w:cstheme="majorHAnsi"/>
          <w:iCs/>
          <w:sz w:val="24"/>
          <w:szCs w:val="24"/>
        </w:rPr>
        <w:t xml:space="preserve">. T. </w:t>
      </w:r>
      <w:proofErr w:type="spellStart"/>
      <w:r w:rsidRPr="00A83901">
        <w:rPr>
          <w:rFonts w:asciiTheme="majorHAnsi" w:hAnsiTheme="majorHAnsi" w:cstheme="majorHAnsi"/>
          <w:iCs/>
          <w:sz w:val="24"/>
          <w:szCs w:val="24"/>
        </w:rPr>
        <w:t>Kościuszki</w:t>
      </w:r>
      <w:proofErr w:type="spellEnd"/>
      <w:r w:rsidRPr="00A83901">
        <w:rPr>
          <w:rFonts w:asciiTheme="majorHAnsi" w:hAnsiTheme="majorHAnsi" w:cstheme="majorHAnsi"/>
          <w:iCs/>
          <w:sz w:val="24"/>
          <w:szCs w:val="24"/>
        </w:rPr>
        <w:t xml:space="preserve"> w </w:t>
      </w:r>
      <w:proofErr w:type="spellStart"/>
      <w:r w:rsidRPr="00A83901">
        <w:rPr>
          <w:rFonts w:asciiTheme="majorHAnsi" w:hAnsiTheme="majorHAnsi" w:cstheme="majorHAnsi"/>
          <w:iCs/>
          <w:sz w:val="24"/>
          <w:szCs w:val="24"/>
        </w:rPr>
        <w:t>Częstochowie</w:t>
      </w:r>
      <w:proofErr w:type="spellEnd"/>
    </w:p>
    <w:p w14:paraId="7EAD4D35" w14:textId="77777777" w:rsidR="00A806FF" w:rsidRPr="00A83901" w:rsidRDefault="00A806FF">
      <w:pPr>
        <w:rPr>
          <w:rFonts w:asciiTheme="majorHAnsi" w:hAnsiTheme="majorHAnsi" w:cstheme="majorHAnsi"/>
          <w:lang w:val="pl-PL"/>
        </w:rPr>
      </w:pPr>
    </w:p>
    <w:sectPr w:rsidR="00A806FF" w:rsidRPr="00A83901" w:rsidSect="009C35E3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39058414">
    <w:abstractNumId w:val="8"/>
  </w:num>
  <w:num w:numId="2" w16cid:durableId="809710220">
    <w:abstractNumId w:val="6"/>
  </w:num>
  <w:num w:numId="3" w16cid:durableId="1273973059">
    <w:abstractNumId w:val="5"/>
  </w:num>
  <w:num w:numId="4" w16cid:durableId="654724738">
    <w:abstractNumId w:val="4"/>
  </w:num>
  <w:num w:numId="5" w16cid:durableId="377364546">
    <w:abstractNumId w:val="7"/>
  </w:num>
  <w:num w:numId="6" w16cid:durableId="864713045">
    <w:abstractNumId w:val="3"/>
  </w:num>
  <w:num w:numId="7" w16cid:durableId="824930615">
    <w:abstractNumId w:val="2"/>
  </w:num>
  <w:num w:numId="8" w16cid:durableId="1864242354">
    <w:abstractNumId w:val="1"/>
  </w:num>
  <w:num w:numId="9" w16cid:durableId="1114133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11786"/>
    <w:rsid w:val="00326F90"/>
    <w:rsid w:val="00462A4D"/>
    <w:rsid w:val="004D0875"/>
    <w:rsid w:val="006E27AE"/>
    <w:rsid w:val="009C35E3"/>
    <w:rsid w:val="00A806FF"/>
    <w:rsid w:val="00A83901"/>
    <w:rsid w:val="00AA1D8D"/>
    <w:rsid w:val="00B47730"/>
    <w:rsid w:val="00C036D3"/>
    <w:rsid w:val="00CB0664"/>
    <w:rsid w:val="00E74BF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FE2058"/>
  <w14:defaultImageDpi w14:val="300"/>
  <w15:docId w15:val="{0C4809EA-8492-49B5-A27C-6224954E7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125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875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Kamila Salita</cp:lastModifiedBy>
  <cp:revision>8</cp:revision>
  <dcterms:created xsi:type="dcterms:W3CDTF">2013-12-23T23:15:00Z</dcterms:created>
  <dcterms:modified xsi:type="dcterms:W3CDTF">2025-11-25T10:34:00Z</dcterms:modified>
  <cp:category/>
</cp:coreProperties>
</file>